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"חג מולד אחד" מאת טרומן קפוטה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האמצעים האמנותיים המרכזיים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הנושאים המרכזיים: התבגרות, אמונה מול חילוניות ונתינה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קרובי משפחה באלבמה, בעיקר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בין השאר בהבטחה שאולי יראה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שאביו הוא שמניח את המתנות תחת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אווירון ירוק עם מדחף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מסופר בגוף ראשון על ידי באדי המבוגר הנזכר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 הוא אתאיסט וחומרני, בניגוד לאמונה התמימה של באדי וסוק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 - היא נישאה בגיל שש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ניו אורלינס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אווירון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 כפרי ודתי שמתפכח אך בוחר בחמלה)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(מייצגת אמונה, פשטות וחום, מעניקה פירוש בוגר לאמונה)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(איש עסקים חומרני ואתאיסט, בודד ונואש לאהבת 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(נישאה צעירה מדי, נטשה את באדי, התאבדה בהמשך)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אירועי העלילה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באדי גדל באלבמה הכפרית עם 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האב מזמין את באדי לחג המולד בניו אורלינס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באדי מגלה שאביו הוא שמניח את המתנות תחת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 השיכור צועק שאין אלוהים ואין סנטה קלאוס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סוק הופכת את סנטה מדמות דמיונית לרעיון של נתינה - כל אדם יכול להעניק ולתת, וכך 'להיות סנטה' עבור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באדי עובר תהליך של התפכחות - מגלה שאין סנטה קלאוס ושהמבוגרים לא תמיד אומרים אמת, ובסופו בוחר בבחירה מוסרית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שהאב הוא שמניח את המתנות, לא סנטה קלאוס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שסנטה הוא רעיון של נתינה שכל אדם יכול לממש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הנעליים הכבדות והלוחצות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תפיסת הילדים לעומת תפיסת המבוגרים לגבי סנטה קלאוס, כדי לחבר את התלמידים לנושא ההתפכחות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השימוש בשני קולות מספר (הילד התמים והמבוגר המבין) כאמצעי מרכזי המחבר בין חלקי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יש לעודד תלמידים לבסס את תשובותיהם על דוגמאות מהטקסט ולא רק על דעה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"חג מולד אחד" מאת טרומן קפוטה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"חג מולד אחד" מספר באדי המבוגר על חג מולד מילדותו, כשנסע מאלבמה הכפרית לבקר את אביו בניו אורלינס. דף זה יעזור לכם להכיר את הסיפור לעומק לקראת הבגרות.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חסד  ·  אווירון  ·  ניו אורלינס  ·  סוק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עם מי גדל באדי מילדותו?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הוריו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קרובי משפחה באלבמה, בעיקר 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אביו בניו אורלינס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סוק משכנעת את באדי לנסוע לאביו?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היא רוצה להיפטר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בין השאר בהבטחה שאולי יראה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האב איים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מגלה באדי בליל חג המולד?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שסוק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שאביו הוא שמניח את המתנות תחת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איזו מתנה מבקש באדי מאביו בערמומיות?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אווירון ירוק עם מדחף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מסופר בגוף שלישי על ידי מספר כל־יודע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 בסיפור הוא איש דתי ומאמין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של באדי נישאה בגיל צעיר מאוד והנישואים החזיקו רק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באדי גדל באלבמה הכפרית, והקרובה לו מכולם היא בת דודתו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האב מזמין את באדי לחג המולד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השלג בסיפור מסמל טוהר ו__________ רוחני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המתנה שבאדי מבקש מאביו היא __________ ירוק עם מדחף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דמויות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מייצגת אמונה, פשטות וחום, מעניקה פירוש בוגר לאמונה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נישאה צעירה מדי, נטשה את באדי, התאבדה בהמשך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 כפרי ודתי שמתפכח אך בוחר בחמלה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איש עסקים חומרני ואתאיסט, בודד ונואש לאהבת בנו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אירועי העלילה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באדי מגלה שאביו הוא שמניח את המתנות תחת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באדי גדל באלבמה הכפרית עם 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 השיכור צועק שאין אלוהים ואין סנטה קלאוס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 מזמין את באדי לחג המולד בניו אורלינס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דברי סוק 'כולם סנטה קלאוס'?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מתואר הסיפור כ'סיפור התבגרות וחניכה'?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מגלה באדי על אביו בליל חג המולד?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המשפט 'כולם סנטה קלאוס'?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"חג מולד אחד" מאת טרומן קפוטה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