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"חג מולד אחד" מאת טרומן קפוטה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האמצעים האמנותיים המרכזיים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הנושאים המרכזיים: התבגרות, אמונה מול חילוניות ונתינה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קרובי משפחה באלבמה, בעיקר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בין השאר בהבטחה שאולי יראה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שאביו הוא שמניח את המתנות תחת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אווירון ירוק עם מדחף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שאין אלוהים ואין סנטה קלאוס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שאלוהים פיזר את התפקיד בין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'אני אוהב אותך' בכתב ילדי משובש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שהיא נמצאה בכספת של האב כשמת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מסופר בגוף ראשון על ידי באדי המבוגר הנזכר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 הוא אתאיסט וחומרני, בניגוד לאמונה התמימה של באדי וסוק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 - היא נישאה בגיל שש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המספר מגלה זאת בהמשך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הנעליים מייצגות דווקא את עולם האב העירוני והחומרני, ואת אי הנוחות של באדי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הוא שולח לאביו גלויה עם מילות אהבה למרות האכזבה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ניו אורלינס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אווירון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 כפרי ודתי שמתפכח אך בוחר בחמלה)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(מייצגת אמונה, פשטות וחום, מעניקה פירוש בוגר לאמונה)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עסקים חומרני ואתאיסט, בודד ונואש לאהבת 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(נישאה צעירה מדי, נטשה את באדי, התאבדה בהמשך)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אירועי העלילה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באדי גדל באלבמה הכפרית עם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האב מזמין את באדי לחג המולד בניו אורלינס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באדי מגלה שאביו הוא שמניח את המתנות תחת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 השיכור צועק שאין אלוהים ואין סנטה קלאוס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באדי שב הביתה ומספר הכול לסוק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באדי שולח לאביו גלויה עם מילות 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סוק הופכת את סנטה מדמות דמיונית לרעיון של נתינה - כל אדם יכול להעניק ולתת, וכך 'להיות סנטה' עבור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הנעליים הלוחצות מייצגות את עולם האב העירוני והחומרני ואת הכאב הרגשי של באדי, שרגיל ללכת יחף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באדי עובר תהליך של התפכחות - מגלה שאין סנטה קלאוס ושהמבוגרים לא תמיד אומרים אמת, ובסופו בוחר בבחירה מוסרית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שהאב הוא שמניח את המתנות, לא סנטה קלאוס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שסנטה הוא רעיון של נתינה שכל אדם יכול לממש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הנעליים הכבדות והלוחצות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תפיסת הילדים לעומת תפיסת המבוגרים לגבי סנטה קלאוס, כדי לחבר את התלמידים לנושא ההתפכחות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השימוש בשני קולות מספר (הילד התמים והמבוגר המבין) כאמצעי מרכזי המחבר בין חלקי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יש לעודד תלמידים לבסס את תשובותיהם על דוגמאות מהטקסט ולא רק על דעה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"חג מולד אחד" מאת טרומן קפוטה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ילד בשם באדי שנוסע לבקר את אביו בחג המולד. הוא לומד דברים חדשים וקשים על החיים. בדף הזה נתרגל 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רטרוספקטיבה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לאחור של מבוגר על אירוע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התפכחות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גילוי שהאמת שונה ממה שחשבנו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מטונימיה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בפרט כדי לייצג דבר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דטרמיניזם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שהכול נקבע מראש על ידי כוח עליון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שמעריך בעיקר כסף ורכוש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ניכור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ריחוק רגשי בין אנשים קרובים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גידל את באדי כשהיה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הוריו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קרובי משפחה באלבמה, בעיקר 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אביו בניו אורלינס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סוק מבטיחה לבאדי כדי שיסכים לנסוע?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רוצה להיפטר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השאר בהבטחה שאולי יראה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האב איים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באדי רואה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שסוק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שאביו הוא שמניח את המתנות תחת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שאביו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באדי מבקש שיקנו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אווירון ירוק עם מדחף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האב צועק בכעס?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אוהב אותו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אלוהים ואין סנטה קלאוס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רוצה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מצטער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סוק אומרת על סנטה קלאוס?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חי בקוטב הצפוני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שאלוהים פיזר את התפקיד בין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שהאב הוא סנטה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לא קיים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באדי כותב לאביו?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על ניו אורלינס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בקשה לכסף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'אני אוהב אותך' בכתב ילדי משובש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איפה נמצאה הגלויה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אבדה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נמצאה בכספת של האב כשמת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שסוק כתבה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שהאב קרע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בגוף שלישי על ידי מספר כל־יודע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בסיפור הוא איש דתי ומאמין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של באדי נישאה בגיל צעיר מאוד והנישואים החזיקו רק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מתגלה שהאם התאבדה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הנעליים בסיפור מסמלות את עולמו הכפרי והפשוט של באדי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בוחר בסוף הסיפור בחמלה כלפי אביו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באדי גדל באלבמה הכפרית, והקרובה לו מכולם היא בת דודתו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 מזמין את באדי לחג המולד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השלג בסיפור מסמל טוהר ו__________ רוחני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המתנה שבאדי מבקש מאביו היא __________ ירוק עם מדחף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סוק, כולם הם __________ קלאוס, כלומר כל אחד יכול לתת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הסיפור בנוי כמסע: יציאה מהבית, שהות בעיר הגדולה, ו__________ הביתה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מייצגת אמונה, פשטות וחום, מעניקה פירוש בוגר לאמונה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עסקים חומרני ואתאיסט, בודד ונואש לאהבת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נישאה צעירה מדי, נטשה את באדי, התאבדה בהמשך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כפרי ודתי שמתפכח אך בוחר בחמלה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אירועי העלילה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מזמין את באדי לחג המולד בניו אורלינס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השיכור צועק שאין אלוהים ואין סנטה קלאוס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שב הביתה ומספר הכול לסוק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שולח לאביו גלויה עם מילות אהבה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גדל באלבמה הכפרית עם 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באדי מגלה שאביו הוא שמניח את המתנות תחת 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דברי סוק 'כולם סנטה קלאוס'?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 הנעליים כמטונימיה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מתואר הסיפור כ'סיפור התבגרות וחניכה'?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מגלה באדי על אביו בליל חג המולד?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המשפט 'כולם סנטה קלאוס'?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הסמל שמייצג את עולם האב החומרני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"חג מולד אחד" מאת טרומן קפוטה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